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EC1ED" w14:textId="613B26C8" w:rsidR="0096433A" w:rsidRDefault="00260AB7">
      <w:pPr>
        <w:pStyle w:val="Heading1"/>
        <w:rPr>
          <w:rFonts w:ascii="Bickham Script Pro" w:hAnsi="Bickham Script Pro" w:hint="eastAsia"/>
          <w:color w:val="7851A9"/>
          <w:sz w:val="72"/>
        </w:rPr>
      </w:pPr>
      <w:r>
        <w:rPr>
          <w:rFonts w:ascii="Bickham Script Pro" w:hAnsi="Bickham Script Pro" w:hint="eastAsia"/>
          <w:noProof/>
          <w:color w:val="7851A9"/>
          <w:sz w:val="72"/>
        </w:rPr>
        <w:drawing>
          <wp:anchor distT="0" distB="0" distL="114300" distR="114300" simplePos="0" relativeHeight="251658240" behindDoc="0" locked="0" layoutInCell="1" allowOverlap="1" wp14:anchorId="354BC237" wp14:editId="0ACAB3F9">
            <wp:simplePos x="0" y="0"/>
            <wp:positionH relativeFrom="column">
              <wp:posOffset>-609600</wp:posOffset>
            </wp:positionH>
            <wp:positionV relativeFrom="paragraph">
              <wp:posOffset>-704849</wp:posOffset>
            </wp:positionV>
            <wp:extent cx="6648450" cy="2895600"/>
            <wp:effectExtent l="0" t="0" r="0" b="0"/>
            <wp:wrapNone/>
            <wp:docPr id="1648911428" name="Picture 1" descr="A box with text and eg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11428" name="Picture 1" descr="A box with text and eggs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82272" w14:textId="77777777" w:rsidR="00260AB7" w:rsidRDefault="00260AB7" w:rsidP="00260AB7">
      <w:pPr>
        <w:pStyle w:val="Heading1"/>
        <w:rPr>
          <w:rFonts w:ascii="Bickham Script Pro" w:hAnsi="Bickham Script Pro"/>
          <w:color w:val="7851A9"/>
          <w:sz w:val="72"/>
        </w:rPr>
      </w:pPr>
    </w:p>
    <w:p w14:paraId="31A01ABF" w14:textId="77777777" w:rsidR="00260AB7" w:rsidRPr="00260AB7" w:rsidRDefault="00260AB7" w:rsidP="00260AB7"/>
    <w:p w14:paraId="3BBF83A9" w14:textId="2C9CD8A9" w:rsidR="00120A7B" w:rsidRPr="00260AB7" w:rsidRDefault="00000000" w:rsidP="00260AB7">
      <w:pPr>
        <w:pStyle w:val="Heading1"/>
        <w:jc w:val="center"/>
        <w:rPr>
          <w:rFonts w:ascii="Champignon" w:hAnsi="Champignon"/>
          <w:color w:val="7851A9"/>
          <w:sz w:val="48"/>
          <w:szCs w:val="48"/>
          <w:u w:val="single"/>
        </w:rPr>
      </w:pPr>
      <w:r w:rsidRPr="00260AB7">
        <w:rPr>
          <w:rFonts w:ascii="Poor Richard" w:hAnsi="Poor Richard"/>
          <w:color w:val="7851A9"/>
          <w:sz w:val="48"/>
          <w:szCs w:val="48"/>
          <w:u w:val="single"/>
        </w:rPr>
        <w:t>25</w:t>
      </w:r>
      <w:r w:rsidRPr="00260AB7">
        <w:rPr>
          <w:rFonts w:ascii="Champignon" w:hAnsi="Champignon"/>
          <w:color w:val="7851A9"/>
          <w:sz w:val="48"/>
          <w:szCs w:val="48"/>
          <w:u w:val="single"/>
        </w:rPr>
        <w:t xml:space="preserve"> Chic Easter Favors &amp; Basket Stuffers</w:t>
      </w:r>
    </w:p>
    <w:p w14:paraId="3D2AC775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Gourmet Chocolate Eggs</w:t>
      </w:r>
    </w:p>
    <w:p w14:paraId="2D329DE9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t>Miniature Champagne Bottles</w:t>
      </w:r>
    </w:p>
    <w:p w14:paraId="09E0B549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Pastel French Macarons</w:t>
      </w:r>
    </w:p>
    <w:p w14:paraId="0C97697F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Elegant Floral Candles</w:t>
      </w:r>
    </w:p>
    <w:p w14:paraId="27B6D48D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t>Personalized Satin Sleep Masks</w:t>
      </w:r>
    </w:p>
    <w:p w14:paraId="2C04ED88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Luxury Bath Bombs</w:t>
      </w:r>
    </w:p>
    <w:p w14:paraId="541938BF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Mini Succulent Plants</w:t>
      </w:r>
    </w:p>
    <w:p w14:paraId="66A2D605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t>Embroidered Handkerchiefs</w:t>
      </w:r>
    </w:p>
    <w:p w14:paraId="0FF96778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Petite Lavender Sachets</w:t>
      </w:r>
    </w:p>
    <w:p w14:paraId="6E031E6A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Mini Artisan Jams</w:t>
      </w:r>
    </w:p>
    <w:p w14:paraId="08B2AEB7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t>Silk Ribbon Hair Ties</w:t>
      </w:r>
    </w:p>
    <w:p w14:paraId="49E54CAA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Crystal Wine Stoppers</w:t>
      </w:r>
    </w:p>
    <w:p w14:paraId="7CBAF9B5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Monogrammed Easter Cookies</w:t>
      </w:r>
    </w:p>
    <w:p w14:paraId="2C0AA0CC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t>Rose Gold Compact Mirrors</w:t>
      </w:r>
    </w:p>
    <w:p w14:paraId="2EC77852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Miniature Perfume Rollers</w:t>
      </w:r>
    </w:p>
    <w:p w14:paraId="355F9CD5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Gold Foil Chocolates</w:t>
      </w:r>
    </w:p>
    <w:p w14:paraId="30107650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t>Small Vintage Frames</w:t>
      </w:r>
    </w:p>
    <w:p w14:paraId="0297BA3A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Decorative Tea Infusers</w:t>
      </w:r>
    </w:p>
    <w:p w14:paraId="11CFEA69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Organic Lip Balms</w:t>
      </w:r>
    </w:p>
    <w:p w14:paraId="70607F7B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lastRenderedPageBreak/>
        <w:t>Handcrafted Soap Bars</w:t>
      </w:r>
    </w:p>
    <w:p w14:paraId="41079183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Miniature Journals</w:t>
      </w:r>
    </w:p>
    <w:p w14:paraId="5A6623EF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Floral Seed Packets</w:t>
      </w:r>
    </w:p>
    <w:p w14:paraId="1B7D5D65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C8A2C8"/>
          <w:sz w:val="32"/>
          <w:szCs w:val="32"/>
        </w:rPr>
        <w:t>Chic Keychain Charms</w:t>
      </w:r>
    </w:p>
    <w:p w14:paraId="3374AFCD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F4BFC9"/>
          <w:sz w:val="32"/>
          <w:szCs w:val="32"/>
        </w:rPr>
        <w:t>Small Marble Coasters</w:t>
      </w:r>
    </w:p>
    <w:p w14:paraId="1E892996" w14:textId="77777777" w:rsidR="00120A7B" w:rsidRPr="00260AB7" w:rsidRDefault="00000000" w:rsidP="00260AB7">
      <w:pPr>
        <w:pStyle w:val="ListNumber"/>
        <w:numPr>
          <w:ilvl w:val="0"/>
          <w:numId w:val="10"/>
        </w:numPr>
        <w:rPr>
          <w:sz w:val="32"/>
          <w:szCs w:val="32"/>
        </w:rPr>
      </w:pPr>
      <w:r w:rsidRPr="00260AB7">
        <w:rPr>
          <w:rFonts w:ascii="Bickham Script Pro" w:hAnsi="Bickham Script Pro"/>
          <w:color w:val="AEC6A5"/>
          <w:sz w:val="32"/>
          <w:szCs w:val="32"/>
        </w:rPr>
        <w:t>Elegant Bookmark Tassels</w:t>
      </w:r>
    </w:p>
    <w:sectPr w:rsidR="00120A7B" w:rsidRPr="00260AB7" w:rsidSect="00260A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697FB" w14:textId="77777777" w:rsidR="00AA04AA" w:rsidRDefault="00AA04AA" w:rsidP="00260AB7">
      <w:pPr>
        <w:spacing w:after="0" w:line="240" w:lineRule="auto"/>
      </w:pPr>
      <w:r>
        <w:separator/>
      </w:r>
    </w:p>
  </w:endnote>
  <w:endnote w:type="continuationSeparator" w:id="0">
    <w:p w14:paraId="7A89C0F6" w14:textId="77777777" w:rsidR="00AA04AA" w:rsidRDefault="00AA04AA" w:rsidP="00260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Bickham Script Pro">
    <w:altName w:val="Cambria"/>
    <w:panose1 w:val="00000000000000000000"/>
    <w:charset w:val="00"/>
    <w:family w:val="roman"/>
    <w:notTrueType/>
    <w:pitch w:val="default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hampignon">
    <w:panose1 w:val="020006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74F0E" w14:textId="77777777" w:rsidR="00260AB7" w:rsidRDefault="00260A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0D9E9" w14:textId="77777777" w:rsidR="00260AB7" w:rsidRDefault="00260A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6EF44" w14:textId="77777777" w:rsidR="00260AB7" w:rsidRDefault="00260A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ACAC5" w14:textId="77777777" w:rsidR="00AA04AA" w:rsidRDefault="00AA04AA" w:rsidP="00260AB7">
      <w:pPr>
        <w:spacing w:after="0" w:line="240" w:lineRule="auto"/>
      </w:pPr>
      <w:r>
        <w:separator/>
      </w:r>
    </w:p>
  </w:footnote>
  <w:footnote w:type="continuationSeparator" w:id="0">
    <w:p w14:paraId="317320F6" w14:textId="77777777" w:rsidR="00AA04AA" w:rsidRDefault="00AA04AA" w:rsidP="00260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25B57" w14:textId="7C40102D" w:rsidR="00260AB7" w:rsidRDefault="00260AB7">
    <w:pPr>
      <w:pStyle w:val="Header"/>
    </w:pPr>
    <w:r>
      <w:rPr>
        <w:noProof/>
      </w:rPr>
      <w:pict w14:anchorId="40B97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094" o:spid="_x0000_s1026" type="#_x0000_t75" style="position:absolute;margin-left:0;margin-top:0;width:431.6pt;height:431.6pt;z-index:-251657216;mso-position-horizontal:center;mso-position-horizontal-relative:margin;mso-position-vertical:center;mso-position-vertical-relative:margin" o:allowincell="f">
          <v:imagedata r:id="rId1" o:title="ChatGPT-Image-Mar-27-2025-02_19_02-AM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AF54D" w14:textId="26C189E0" w:rsidR="00260AB7" w:rsidRDefault="00260AB7">
    <w:pPr>
      <w:pStyle w:val="Header"/>
    </w:pPr>
    <w:r>
      <w:rPr>
        <w:noProof/>
      </w:rPr>
      <w:pict w14:anchorId="69D31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095" o:spid="_x0000_s1027" type="#_x0000_t75" style="position:absolute;margin-left:0;margin-top:0;width:431.6pt;height:431.6pt;z-index:-251656192;mso-position-horizontal:center;mso-position-horizontal-relative:margin;mso-position-vertical:center;mso-position-vertical-relative:margin" o:allowincell="f">
          <v:imagedata r:id="rId1" o:title="ChatGPT-Image-Mar-27-2025-02_19_02-AM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A4339" w14:textId="36E5B5AE" w:rsidR="00260AB7" w:rsidRDefault="00260AB7">
    <w:pPr>
      <w:pStyle w:val="Header"/>
    </w:pPr>
    <w:r>
      <w:rPr>
        <w:noProof/>
      </w:rPr>
      <w:pict w14:anchorId="2577B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99093" o:spid="_x0000_s1025" type="#_x0000_t75" style="position:absolute;margin-left:0;margin-top:0;width:431.6pt;height:431.6pt;z-index:-251658240;mso-position-horizontal:center;mso-position-horizontal-relative:margin;mso-position-vertical:center;mso-position-vertical-relative:margin" o:allowincell="f">
          <v:imagedata r:id="rId1" o:title="ChatGPT-Image-Mar-27-2025-02_19_02-AM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596919"/>
    <w:multiLevelType w:val="hybridMultilevel"/>
    <w:tmpl w:val="481E1F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705358">
    <w:abstractNumId w:val="8"/>
  </w:num>
  <w:num w:numId="2" w16cid:durableId="1798182191">
    <w:abstractNumId w:val="6"/>
  </w:num>
  <w:num w:numId="3" w16cid:durableId="571817061">
    <w:abstractNumId w:val="5"/>
  </w:num>
  <w:num w:numId="4" w16cid:durableId="687757820">
    <w:abstractNumId w:val="4"/>
  </w:num>
  <w:num w:numId="5" w16cid:durableId="452210608">
    <w:abstractNumId w:val="7"/>
  </w:num>
  <w:num w:numId="6" w16cid:durableId="1585189445">
    <w:abstractNumId w:val="3"/>
  </w:num>
  <w:num w:numId="7" w16cid:durableId="1308824572">
    <w:abstractNumId w:val="2"/>
  </w:num>
  <w:num w:numId="8" w16cid:durableId="116261679">
    <w:abstractNumId w:val="1"/>
  </w:num>
  <w:num w:numId="9" w16cid:durableId="129789644">
    <w:abstractNumId w:val="0"/>
  </w:num>
  <w:num w:numId="10" w16cid:durableId="16684395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20A7B"/>
    <w:rsid w:val="0015074B"/>
    <w:rsid w:val="00260AB7"/>
    <w:rsid w:val="0029639D"/>
    <w:rsid w:val="00326F90"/>
    <w:rsid w:val="005E207D"/>
    <w:rsid w:val="0096433A"/>
    <w:rsid w:val="00AA04AA"/>
    <w:rsid w:val="00AA1D8D"/>
    <w:rsid w:val="00B47730"/>
    <w:rsid w:val="00CB0664"/>
    <w:rsid w:val="00E40BDB"/>
    <w:rsid w:val="00F42C3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EF51B8"/>
  <w14:defaultImageDpi w14:val="300"/>
  <w15:docId w15:val="{C3D0D330-B2A4-4A05-BD09-3C9AEA77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Jodie Wild</cp:lastModifiedBy>
  <cp:revision>2</cp:revision>
  <dcterms:created xsi:type="dcterms:W3CDTF">2025-04-03T00:23:00Z</dcterms:created>
  <dcterms:modified xsi:type="dcterms:W3CDTF">2025-04-03T00:23:00Z</dcterms:modified>
  <cp:category/>
</cp:coreProperties>
</file>